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DAA47" w14:textId="7C736EF6" w:rsidR="00636834" w:rsidRPr="000435CF" w:rsidRDefault="00636834" w:rsidP="00636834">
      <w:pPr>
        <w:rPr>
          <w:rFonts w:ascii="Times New Roman" w:eastAsia="MS Mincho" w:hAnsi="Times New Roman" w:cs="Times New Roman"/>
          <w:lang w:val="pl-PL"/>
        </w:rPr>
      </w:pPr>
      <w:r w:rsidRPr="000435CF">
        <w:rPr>
          <w:rFonts w:ascii="Times New Roman" w:eastAsia="MS Mincho" w:hAnsi="Times New Roman" w:cs="Times New Roman"/>
          <w:lang w:val="pl-PL"/>
        </w:rPr>
        <w:t xml:space="preserve">Załącznik </w:t>
      </w:r>
      <w:r w:rsidR="007F109B">
        <w:rPr>
          <w:rFonts w:ascii="Times New Roman" w:eastAsia="MS Mincho" w:hAnsi="Times New Roman" w:cs="Times New Roman"/>
          <w:lang w:val="pl-PL"/>
        </w:rPr>
        <w:t>1</w:t>
      </w:r>
      <w:bookmarkStart w:id="0" w:name="_GoBack"/>
      <w:bookmarkEnd w:id="0"/>
    </w:p>
    <w:p w14:paraId="7F3FF929" w14:textId="44F5C7F1" w:rsidR="00C82007" w:rsidRPr="00721894" w:rsidRDefault="00FF58D4">
      <w:pPr>
        <w:jc w:val="center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b/>
          <w:sz w:val="28"/>
          <w:lang w:val="pl-PL"/>
        </w:rPr>
        <w:t xml:space="preserve">WNIOSEK O </w:t>
      </w:r>
      <w:r w:rsidR="003B5058">
        <w:rPr>
          <w:rFonts w:ascii="Times New Roman" w:hAnsi="Times New Roman" w:cs="Times New Roman"/>
          <w:b/>
          <w:sz w:val="28"/>
          <w:lang w:val="pl-PL"/>
        </w:rPr>
        <w:t>PRZYZNANIE PRAWA D</w:t>
      </w:r>
      <w:r w:rsidRPr="00721894">
        <w:rPr>
          <w:rFonts w:ascii="Times New Roman" w:hAnsi="Times New Roman" w:cs="Times New Roman"/>
          <w:b/>
          <w:sz w:val="28"/>
          <w:lang w:val="pl-PL"/>
        </w:rPr>
        <w:t>O UŻYWANIA</w:t>
      </w:r>
      <w:r w:rsidR="00833DAE" w:rsidRPr="00721894">
        <w:rPr>
          <w:rFonts w:ascii="Times New Roman" w:hAnsi="Times New Roman" w:cs="Times New Roman"/>
          <w:b/>
          <w:sz w:val="28"/>
          <w:lang w:val="pl-PL"/>
        </w:rPr>
        <w:t xml:space="preserve"> </w:t>
      </w:r>
      <w:r w:rsidRPr="00721894">
        <w:rPr>
          <w:rFonts w:ascii="Times New Roman" w:hAnsi="Times New Roman" w:cs="Times New Roman"/>
          <w:b/>
          <w:sz w:val="28"/>
          <w:lang w:val="pl-PL"/>
        </w:rPr>
        <w:t xml:space="preserve">ZNAKU TOWAROWEGO </w:t>
      </w:r>
      <w:r w:rsidR="00AE4A0E">
        <w:rPr>
          <w:rFonts w:ascii="Times New Roman" w:hAnsi="Times New Roman" w:cs="Times New Roman"/>
          <w:b/>
          <w:sz w:val="28"/>
          <w:lang w:val="pl-PL"/>
        </w:rPr>
        <w:t xml:space="preserve">GWARANCYJNEGO </w:t>
      </w:r>
      <w:r w:rsidRPr="00721894">
        <w:rPr>
          <w:rFonts w:ascii="Times New Roman" w:hAnsi="Times New Roman" w:cs="Times New Roman"/>
          <w:b/>
          <w:sz w:val="28"/>
          <w:lang w:val="pl-PL"/>
        </w:rPr>
        <w:t>RASA RODZIMA</w:t>
      </w:r>
    </w:p>
    <w:p w14:paraId="544695E6" w14:textId="61784C69" w:rsidR="00C82007" w:rsidRPr="00721894" w:rsidRDefault="00FF58D4">
      <w:pPr>
        <w:jc w:val="center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i/>
          <w:lang w:val="pl-PL"/>
        </w:rPr>
        <w:t xml:space="preserve">Załącznik 1 do Zasad certyfikacji znakiem </w:t>
      </w:r>
      <w:r w:rsidR="004A2309">
        <w:rPr>
          <w:rFonts w:ascii="Times New Roman" w:hAnsi="Times New Roman" w:cs="Times New Roman"/>
          <w:i/>
          <w:lang w:val="pl-PL"/>
        </w:rPr>
        <w:t xml:space="preserve">towarowym gwarancyjnym </w:t>
      </w:r>
      <w:r w:rsidRPr="00721894">
        <w:rPr>
          <w:rFonts w:ascii="Times New Roman" w:hAnsi="Times New Roman" w:cs="Times New Roman"/>
          <w:i/>
          <w:lang w:val="pl-PL"/>
        </w:rPr>
        <w:t>Rasa Rodzima</w:t>
      </w:r>
    </w:p>
    <w:p w14:paraId="32F18A12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630"/>
      </w:tblGrid>
      <w:tr w:rsidR="00C82007" w:rsidRPr="002B5700" w14:paraId="0821A4A1" w14:textId="77777777" w:rsidTr="00721894">
        <w:trPr>
          <w:trHeight w:val="307"/>
          <w:jc w:val="center"/>
        </w:trPr>
        <w:tc>
          <w:tcPr>
            <w:tcW w:w="8654" w:type="dxa"/>
            <w:vAlign w:val="center"/>
          </w:tcPr>
          <w:p w14:paraId="774AB57E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Potwierdzenie przyjęcia wniosku (wypełnia Instytucja Udzielająca Znak)</w:t>
            </w:r>
          </w:p>
        </w:tc>
      </w:tr>
      <w:tr w:rsidR="00C82007" w:rsidRPr="002B5700" w14:paraId="2DBBC520" w14:textId="77777777" w:rsidTr="00721894">
        <w:trPr>
          <w:trHeight w:val="886"/>
          <w:jc w:val="center"/>
        </w:trPr>
        <w:tc>
          <w:tcPr>
            <w:tcW w:w="8654" w:type="dxa"/>
            <w:vAlign w:val="center"/>
          </w:tcPr>
          <w:p w14:paraId="0DB55FBA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Data, pieczątka i podpis przyjmującego wniosek</w:t>
            </w:r>
          </w:p>
          <w:p w14:paraId="02260EA2" w14:textId="77777777" w:rsidR="00FF58D4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</w:p>
          <w:p w14:paraId="090C08D7" w14:textId="77777777" w:rsidR="00FF58D4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7861CC2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0F09F54A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b/>
          <w:lang w:val="pl-PL"/>
        </w:rPr>
        <w:t>1. Dane wnioskodawcy</w:t>
      </w:r>
    </w:p>
    <w:p w14:paraId="0C13D990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i/>
          <w:lang w:val="pl-PL"/>
        </w:rPr>
        <w:t>Ważne (dla umowy i faktury): wybierz jedną opcję poniżej i wypełnij dane zgodnie z Twoim statusem.</w:t>
      </w:r>
      <w:r w:rsidRPr="00721894">
        <w:rPr>
          <w:rFonts w:ascii="Times New Roman" w:hAnsi="Times New Roman" w:cs="Times New Roman"/>
          <w:i/>
          <w:lang w:val="pl-PL"/>
        </w:rPr>
        <w:br/>
        <w:t>• Jeśli jesteś rolnikiem i prowadzisz gospodarstwo rolne (także gdy prowadzisz RHD bez wpisu do CEIDG/KRS) – wybierz „Gospodarstwo rolne”.</w:t>
      </w:r>
      <w:r w:rsidRPr="00721894">
        <w:rPr>
          <w:rFonts w:ascii="Times New Roman" w:hAnsi="Times New Roman" w:cs="Times New Roman"/>
          <w:i/>
          <w:lang w:val="pl-PL"/>
        </w:rPr>
        <w:br/>
        <w:t>• Jeśli masz wpis do CEIDG lub KRS – wybierz odpowiednio „CEIDG” lub „KRS”.</w:t>
      </w:r>
      <w:r w:rsidRPr="00721894">
        <w:rPr>
          <w:rFonts w:ascii="Times New Roman" w:hAnsi="Times New Roman" w:cs="Times New Roman"/>
          <w:i/>
          <w:lang w:val="pl-PL"/>
        </w:rPr>
        <w:br/>
        <w:t>• Jeżeli masz wątpliwość: wpisz dane zgodnie z dokumentami identyfikacyjnymi (np. ARiMR, weterynaria/sanepid – jeżeli dotyczy) oraz – jeśli będzie wystawiana faktura – zgodnie z danymi do faktury.</w:t>
      </w:r>
    </w:p>
    <w:p w14:paraId="708E1195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Gospodarstwo rolne (osoba fizyczna – rolnik, w tym RHD bez CEIDG/KRS)</w:t>
      </w:r>
    </w:p>
    <w:p w14:paraId="15458664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Osoba fizyczna prowadząca działalność gospodarczą (wpis do CEIDG)</w:t>
      </w:r>
    </w:p>
    <w:p w14:paraId="274172EF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Spółka / inna osoba prawna (wpis do KRS)</w:t>
      </w:r>
    </w:p>
    <w:p w14:paraId="14E3150A" w14:textId="77777777" w:rsidR="00C82007" w:rsidRPr="00721894" w:rsidRDefault="00FF58D4">
      <w:pPr>
        <w:rPr>
          <w:rFonts w:ascii="Times New Roman" w:hAnsi="Times New Roman" w:cs="Times New Roman"/>
        </w:rPr>
      </w:pPr>
      <w:r w:rsidRPr="00721894">
        <w:rPr>
          <w:rFonts w:ascii="Segoe UI Symbol" w:hAnsi="Segoe UI Symbol" w:cs="Segoe UI Symbol"/>
        </w:rPr>
        <w:t>☐</w:t>
      </w:r>
      <w:r w:rsidRPr="00721894">
        <w:rPr>
          <w:rFonts w:ascii="Times New Roman" w:hAnsi="Times New Roman" w:cs="Times New Roman"/>
        </w:rPr>
        <w:t xml:space="preserve"> Inne (jakie?): ________________________________</w:t>
      </w:r>
    </w:p>
    <w:p w14:paraId="66AAEEC8" w14:textId="77777777" w:rsidR="00C82007" w:rsidRPr="00721894" w:rsidRDefault="00C8200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81"/>
        <w:gridCol w:w="5549"/>
      </w:tblGrid>
      <w:tr w:rsidR="00C82007" w:rsidRPr="002B5700" w14:paraId="375D03EF" w14:textId="77777777" w:rsidTr="006C526C">
        <w:trPr>
          <w:jc w:val="center"/>
        </w:trPr>
        <w:tc>
          <w:tcPr>
            <w:tcW w:w="8856" w:type="dxa"/>
            <w:gridSpan w:val="2"/>
            <w:shd w:val="clear" w:color="auto" w:fill="FFF2CC"/>
          </w:tcPr>
          <w:p w14:paraId="469759CE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i/>
                <w:sz w:val="18"/>
                <w:lang w:val="pl-PL"/>
              </w:rPr>
              <w:t>Podpowiedź: PESEL i adres – dla osoby fizycznej; NIP/REGON – dla podmiotów mających te numery; numer ARiMR – dla hodowców (jeżeli posiadają).</w:t>
            </w:r>
          </w:p>
        </w:tc>
      </w:tr>
      <w:tr w:rsidR="00BC7FAC" w:rsidRPr="00721894" w14:paraId="6934B053" w14:textId="77777777" w:rsidTr="006C526C">
        <w:trPr>
          <w:trHeight w:val="267"/>
          <w:jc w:val="center"/>
        </w:trPr>
        <w:tc>
          <w:tcPr>
            <w:tcW w:w="3125" w:type="dxa"/>
            <w:shd w:val="clear" w:color="auto" w:fill="D9D9D9"/>
          </w:tcPr>
          <w:p w14:paraId="066CC856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Imię i nazwisko / Nazwa</w:t>
            </w:r>
          </w:p>
        </w:tc>
        <w:tc>
          <w:tcPr>
            <w:tcW w:w="5731" w:type="dxa"/>
          </w:tcPr>
          <w:p w14:paraId="164E3CEC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5283ED9E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2A3FB5F8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721894" w14:paraId="476DEAFF" w14:textId="77777777" w:rsidTr="006C526C">
        <w:trPr>
          <w:trHeight w:val="587"/>
          <w:jc w:val="center"/>
        </w:trPr>
        <w:tc>
          <w:tcPr>
            <w:tcW w:w="3125" w:type="dxa"/>
            <w:shd w:val="clear" w:color="auto" w:fill="D9D9D9"/>
          </w:tcPr>
          <w:p w14:paraId="255D5A10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PESEL / REGON</w:t>
            </w:r>
          </w:p>
        </w:tc>
        <w:tc>
          <w:tcPr>
            <w:tcW w:w="5731" w:type="dxa"/>
            <w:shd w:val="clear" w:color="auto" w:fill="auto"/>
          </w:tcPr>
          <w:p w14:paraId="0954DF99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1812A483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1E3DE459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721894" w14:paraId="44F6512D" w14:textId="77777777" w:rsidTr="006C526C">
        <w:trPr>
          <w:trHeight w:val="695"/>
          <w:jc w:val="center"/>
        </w:trPr>
        <w:tc>
          <w:tcPr>
            <w:tcW w:w="3125" w:type="dxa"/>
            <w:shd w:val="clear" w:color="auto" w:fill="D9D9D9"/>
          </w:tcPr>
          <w:p w14:paraId="5EDD091C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NIP (jeżeli dotyczy)</w:t>
            </w:r>
          </w:p>
        </w:tc>
        <w:tc>
          <w:tcPr>
            <w:tcW w:w="5731" w:type="dxa"/>
          </w:tcPr>
          <w:p w14:paraId="60B35428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AB06C54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3D38BEA3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1173F2F9" w14:textId="77777777" w:rsidTr="006C526C">
        <w:trPr>
          <w:trHeight w:val="686"/>
          <w:jc w:val="center"/>
        </w:trPr>
        <w:tc>
          <w:tcPr>
            <w:tcW w:w="3125" w:type="dxa"/>
            <w:shd w:val="clear" w:color="auto" w:fill="D9D9D9"/>
          </w:tcPr>
          <w:p w14:paraId="3894FCA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lastRenderedPageBreak/>
              <w:t>Numer ewidencyjny producenta (ARiMR) – jeżeli dotyczy</w:t>
            </w:r>
          </w:p>
        </w:tc>
        <w:tc>
          <w:tcPr>
            <w:tcW w:w="5731" w:type="dxa"/>
          </w:tcPr>
          <w:p w14:paraId="46AD22D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7B1EE80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6BB81E6C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721894" w14:paraId="3692AC19" w14:textId="77777777" w:rsidTr="006C526C">
        <w:trPr>
          <w:trHeight w:val="708"/>
          <w:jc w:val="center"/>
        </w:trPr>
        <w:tc>
          <w:tcPr>
            <w:tcW w:w="3125" w:type="dxa"/>
            <w:shd w:val="clear" w:color="auto" w:fill="D9D9D9"/>
          </w:tcPr>
          <w:p w14:paraId="283CF6ED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Adres siedziby / zamieszkania</w:t>
            </w:r>
          </w:p>
        </w:tc>
        <w:tc>
          <w:tcPr>
            <w:tcW w:w="5731" w:type="dxa"/>
          </w:tcPr>
          <w:p w14:paraId="45D9ABF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4AA77368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503319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33B1436D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33E11C0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Adres do korespondencji (jeżeli inny)</w:t>
            </w:r>
          </w:p>
        </w:tc>
        <w:tc>
          <w:tcPr>
            <w:tcW w:w="5731" w:type="dxa"/>
          </w:tcPr>
          <w:p w14:paraId="5DFD871E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623581C8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39C0C779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19268D14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3274779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Adres gospodarstwa / zakładu / kuchni produkcyjnej</w:t>
            </w:r>
          </w:p>
        </w:tc>
        <w:tc>
          <w:tcPr>
            <w:tcW w:w="5731" w:type="dxa"/>
          </w:tcPr>
          <w:p w14:paraId="391D21F7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2DACE47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CC553A3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721894" w14:paraId="3DECBD20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76FEEB37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</w:rPr>
              <w:t>Telefon / e‑mail</w:t>
            </w:r>
          </w:p>
        </w:tc>
        <w:tc>
          <w:tcPr>
            <w:tcW w:w="5731" w:type="dxa"/>
          </w:tcPr>
          <w:p w14:paraId="2C928A9A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0CDC05E6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6FDAF4C3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2B5700" w14:paraId="38EB0D49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3E2037D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Forma działalności (np. gospodarstwo rolne / RHD / zakład / gastronomia)</w:t>
            </w:r>
          </w:p>
        </w:tc>
        <w:tc>
          <w:tcPr>
            <w:tcW w:w="5731" w:type="dxa"/>
          </w:tcPr>
          <w:p w14:paraId="750AE3F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3DD81854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262A1EC4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721894" w14:paraId="17A1D55D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2C697952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</w:rPr>
              <w:t>Strona www / media (opcjonalnie)</w:t>
            </w:r>
          </w:p>
        </w:tc>
        <w:tc>
          <w:tcPr>
            <w:tcW w:w="5731" w:type="dxa"/>
          </w:tcPr>
          <w:p w14:paraId="6560036C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2F702EC3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7DBEB139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2B5700" w14:paraId="6B29E842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36831BC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Weterynaryjny numer identyfikacyjny (jeżeli dotyczy)</w:t>
            </w:r>
          </w:p>
        </w:tc>
        <w:tc>
          <w:tcPr>
            <w:tcW w:w="5731" w:type="dxa"/>
          </w:tcPr>
          <w:p w14:paraId="5ECDE767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C333E2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74E40893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6846263D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41C02BBB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Nr decyzji/rejestru Sanepid (jeżeli dotyczy)</w:t>
            </w:r>
          </w:p>
        </w:tc>
        <w:tc>
          <w:tcPr>
            <w:tcW w:w="5731" w:type="dxa"/>
          </w:tcPr>
          <w:p w14:paraId="045A733D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D03978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2DD8912D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6ADF5214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6635E98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Osoba do kontaktu (jeżeli inna niż wnioskodawca)</w:t>
            </w:r>
          </w:p>
        </w:tc>
        <w:tc>
          <w:tcPr>
            <w:tcW w:w="5731" w:type="dxa"/>
          </w:tcPr>
          <w:p w14:paraId="3D4C7AB8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3A0CB1CC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40DA77E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7BCBA3FC" w14:textId="77777777" w:rsidTr="006C526C">
        <w:trPr>
          <w:jc w:val="center"/>
        </w:trPr>
        <w:tc>
          <w:tcPr>
            <w:tcW w:w="3125" w:type="dxa"/>
            <w:shd w:val="clear" w:color="auto" w:fill="D9D9D9"/>
          </w:tcPr>
          <w:p w14:paraId="145CCA2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Uwagi dot. danych identyfikacyjnych (opcjonalnie)</w:t>
            </w:r>
          </w:p>
        </w:tc>
        <w:tc>
          <w:tcPr>
            <w:tcW w:w="5731" w:type="dxa"/>
          </w:tcPr>
          <w:p w14:paraId="46C3B11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C6E0D1B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04F9BCC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E5EF341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2BA6F66E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b/>
          <w:lang w:val="pl-PL"/>
        </w:rPr>
        <w:t>2. Zakres wniosku (kategoria uczestnika i produkty)</w:t>
      </w:r>
    </w:p>
    <w:p w14:paraId="3F48B06E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Hodowca</w:t>
      </w:r>
    </w:p>
    <w:p w14:paraId="62A536F6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Hodowca‑przetwórca (wypełnij także pkt 2B i 3B)</w:t>
      </w:r>
    </w:p>
    <w:p w14:paraId="773A74BF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Segoe UI Symbol" w:hAnsi="Segoe UI Symbol" w:cs="Segoe UI Symbol"/>
          <w:lang w:val="pl-PL"/>
        </w:rPr>
        <w:t>☐</w:t>
      </w:r>
      <w:r w:rsidRPr="00721894">
        <w:rPr>
          <w:rFonts w:ascii="Times New Roman" w:hAnsi="Times New Roman" w:cs="Times New Roman"/>
          <w:lang w:val="pl-PL"/>
        </w:rPr>
        <w:t xml:space="preserve"> Przetwórca (w tym gastronomia)</w:t>
      </w:r>
    </w:p>
    <w:p w14:paraId="189DCD7B" w14:textId="77777777" w:rsidR="00BC7FAC" w:rsidRPr="00721894" w:rsidRDefault="00BC7FAC">
      <w:pPr>
        <w:rPr>
          <w:rFonts w:ascii="Times New Roman" w:hAnsi="Times New Roman" w:cs="Times New Roman"/>
          <w:b/>
          <w:i/>
          <w:lang w:val="pl-PL"/>
        </w:rPr>
      </w:pPr>
      <w:r w:rsidRPr="00721894">
        <w:rPr>
          <w:rFonts w:ascii="Times New Roman" w:hAnsi="Times New Roman" w:cs="Times New Roman"/>
          <w:b/>
          <w:i/>
          <w:lang w:val="pl-PL"/>
        </w:rPr>
        <w:br w:type="page"/>
      </w:r>
    </w:p>
    <w:p w14:paraId="78E0B887" w14:textId="77777777" w:rsidR="00C82007" w:rsidRPr="00721894" w:rsidRDefault="00FF58D4">
      <w:pPr>
        <w:rPr>
          <w:rFonts w:ascii="Times New Roman" w:hAnsi="Times New Roman" w:cs="Times New Roman"/>
          <w:b/>
          <w:lang w:val="pl-PL"/>
        </w:rPr>
      </w:pPr>
      <w:r w:rsidRPr="00721894">
        <w:rPr>
          <w:rFonts w:ascii="Times New Roman" w:hAnsi="Times New Roman" w:cs="Times New Roman"/>
          <w:b/>
          <w:i/>
          <w:lang w:val="pl-PL"/>
        </w:rPr>
        <w:lastRenderedPageBreak/>
        <w:t>2A. Hodowla (dotyczy hodowcy i hodowcy‑przetwórcy)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33"/>
        <w:gridCol w:w="5997"/>
      </w:tblGrid>
      <w:tr w:rsidR="00BC7FAC" w:rsidRPr="00721894" w14:paraId="7950896E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601412DE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Gatunek</w:t>
            </w:r>
          </w:p>
        </w:tc>
        <w:tc>
          <w:tcPr>
            <w:tcW w:w="6480" w:type="dxa"/>
          </w:tcPr>
          <w:p w14:paraId="7D24CA5A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0773DAA1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029716C1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721894" w14:paraId="356A9E37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21B53E52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Rasa / linia</w:t>
            </w:r>
          </w:p>
        </w:tc>
        <w:tc>
          <w:tcPr>
            <w:tcW w:w="6480" w:type="dxa"/>
          </w:tcPr>
          <w:p w14:paraId="412495D9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3395794E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085B6627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721894" w14:paraId="2D65500E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564478B9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Lokalizacja stada (miejscowość)</w:t>
            </w:r>
          </w:p>
        </w:tc>
        <w:tc>
          <w:tcPr>
            <w:tcW w:w="6480" w:type="dxa"/>
          </w:tcPr>
          <w:p w14:paraId="1BD83BC2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51794031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33A072EA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721894" w14:paraId="796823E2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22BCE2C8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Wielkość stada (orientacyjnie)</w:t>
            </w:r>
          </w:p>
        </w:tc>
        <w:tc>
          <w:tcPr>
            <w:tcW w:w="6480" w:type="dxa"/>
          </w:tcPr>
          <w:p w14:paraId="4354E740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2B385EDD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2C9C0B3E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</w:tr>
      <w:tr w:rsidR="00BC7FAC" w:rsidRPr="002B5700" w14:paraId="610B22A6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2B35978E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Uczestnictwo w programie ochrony zasobów genetycznych</w:t>
            </w:r>
          </w:p>
        </w:tc>
        <w:tc>
          <w:tcPr>
            <w:tcW w:w="6480" w:type="dxa"/>
          </w:tcPr>
          <w:p w14:paraId="4203DF34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2996A5B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35FE61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C7FAC" w:rsidRPr="002B5700" w14:paraId="2A59E01F" w14:textId="77777777" w:rsidTr="00BC7FAC">
        <w:trPr>
          <w:jc w:val="center"/>
        </w:trPr>
        <w:tc>
          <w:tcPr>
            <w:tcW w:w="2727" w:type="dxa"/>
            <w:shd w:val="clear" w:color="auto" w:fill="D9D9D9"/>
          </w:tcPr>
          <w:p w14:paraId="033D24C8" w14:textId="77777777" w:rsidR="00BC7FAC" w:rsidRPr="00721894" w:rsidRDefault="00BC7FAC" w:rsidP="00BC7FAC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Koordynator / prowadzący księgi (jeżeli dotyczy)</w:t>
            </w:r>
          </w:p>
        </w:tc>
        <w:tc>
          <w:tcPr>
            <w:tcW w:w="6480" w:type="dxa"/>
          </w:tcPr>
          <w:p w14:paraId="5BB8C467" w14:textId="77777777" w:rsidR="00BC7FAC" w:rsidRPr="00721894" w:rsidRDefault="00BC7FAC" w:rsidP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A5382A7" w14:textId="77777777" w:rsidR="00BC7FAC" w:rsidRPr="00721894" w:rsidRDefault="00BC7FAC" w:rsidP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0C82C57" w14:textId="77777777" w:rsidR="00BC7FAC" w:rsidRPr="00721894" w:rsidRDefault="00BC7FAC" w:rsidP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4F7C8EC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40E3E066" w14:textId="77777777" w:rsidR="00C82007" w:rsidRPr="00721894" w:rsidRDefault="00FF58D4">
      <w:pPr>
        <w:rPr>
          <w:rFonts w:ascii="Times New Roman" w:hAnsi="Times New Roman" w:cs="Times New Roman"/>
          <w:b/>
          <w:lang w:val="pl-PL"/>
        </w:rPr>
      </w:pPr>
      <w:r w:rsidRPr="00721894">
        <w:rPr>
          <w:rFonts w:ascii="Times New Roman" w:hAnsi="Times New Roman" w:cs="Times New Roman"/>
          <w:b/>
          <w:i/>
          <w:lang w:val="pl-PL"/>
        </w:rPr>
        <w:t>2B. Produkty/wyroby/dania, dla których wnioskodawca zamierza używać Znaku (dotyczy przetwórcy i hodowcy‑przetwórcy)</w:t>
      </w:r>
    </w:p>
    <w:p w14:paraId="01247AA8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i/>
          <w:lang w:val="pl-PL"/>
        </w:rPr>
        <w:t>Wpisz nazwy produktów/wyrobów (lub kategorii produktów) oraz wskaż, z jakiego surowca (gatunek/rasa) pochodzą.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2671"/>
        <w:gridCol w:w="2824"/>
      </w:tblGrid>
      <w:tr w:rsidR="00C82007" w:rsidRPr="002B5700" w14:paraId="2F8E5019" w14:textId="77777777" w:rsidTr="00BC7FAC">
        <w:trPr>
          <w:jc w:val="center"/>
        </w:trPr>
        <w:tc>
          <w:tcPr>
            <w:tcW w:w="3414" w:type="dxa"/>
            <w:shd w:val="clear" w:color="auto" w:fill="D9D9D9"/>
          </w:tcPr>
          <w:p w14:paraId="6F822B16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Produkt/</w:t>
            </w:r>
            <w:r w:rsidR="00BC7FAC" w:rsidRPr="00721894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21894">
              <w:rPr>
                <w:rFonts w:ascii="Times New Roman" w:hAnsi="Times New Roman" w:cs="Times New Roman"/>
                <w:lang w:val="pl-PL"/>
              </w:rPr>
              <w:t>wyr</w:t>
            </w:r>
            <w:r w:rsidR="00BC7FAC" w:rsidRPr="00721894">
              <w:rPr>
                <w:rFonts w:ascii="Times New Roman" w:hAnsi="Times New Roman" w:cs="Times New Roman"/>
                <w:lang w:val="pl-PL"/>
              </w:rPr>
              <w:t>ó</w:t>
            </w:r>
            <w:r w:rsidRPr="00721894">
              <w:rPr>
                <w:rFonts w:ascii="Times New Roman" w:hAnsi="Times New Roman" w:cs="Times New Roman"/>
                <w:lang w:val="pl-PL"/>
              </w:rPr>
              <w:t>b/</w:t>
            </w:r>
            <w:r w:rsidR="00BC7FAC" w:rsidRPr="00721894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21894">
              <w:rPr>
                <w:rFonts w:ascii="Times New Roman" w:hAnsi="Times New Roman" w:cs="Times New Roman"/>
                <w:lang w:val="pl-PL"/>
              </w:rPr>
              <w:t>danie</w:t>
            </w:r>
          </w:p>
        </w:tc>
        <w:tc>
          <w:tcPr>
            <w:tcW w:w="2880" w:type="dxa"/>
            <w:shd w:val="clear" w:color="auto" w:fill="D9D9D9"/>
          </w:tcPr>
          <w:p w14:paraId="6FBBE3B3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Surowiec (gatunek/</w:t>
            </w:r>
            <w:r w:rsidR="00BC7FAC" w:rsidRPr="00721894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21894">
              <w:rPr>
                <w:rFonts w:ascii="Times New Roman" w:hAnsi="Times New Roman" w:cs="Times New Roman"/>
                <w:lang w:val="pl-PL"/>
              </w:rPr>
              <w:t>rasa)</w:t>
            </w:r>
          </w:p>
        </w:tc>
        <w:tc>
          <w:tcPr>
            <w:tcW w:w="2880" w:type="dxa"/>
            <w:shd w:val="clear" w:color="auto" w:fill="D9D9D9"/>
          </w:tcPr>
          <w:p w14:paraId="161B4763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Forma sprzedaży (np. detal/RHD/gastronomia)</w:t>
            </w:r>
          </w:p>
        </w:tc>
      </w:tr>
      <w:tr w:rsidR="00C82007" w:rsidRPr="002B5700" w14:paraId="53B2417C" w14:textId="77777777" w:rsidTr="00BC7FAC">
        <w:trPr>
          <w:jc w:val="center"/>
        </w:trPr>
        <w:tc>
          <w:tcPr>
            <w:tcW w:w="3414" w:type="dxa"/>
          </w:tcPr>
          <w:p w14:paraId="01A38C3A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7A4748EF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BC5FE0D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15AFF618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1A80A121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82007" w:rsidRPr="002B5700" w14:paraId="4D306FC7" w14:textId="77777777" w:rsidTr="00BC7FAC">
        <w:trPr>
          <w:jc w:val="center"/>
        </w:trPr>
        <w:tc>
          <w:tcPr>
            <w:tcW w:w="3414" w:type="dxa"/>
          </w:tcPr>
          <w:p w14:paraId="78870B5C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6FCBB60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751393F1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0B1F7D90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5220BE46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82007" w:rsidRPr="002B5700" w14:paraId="217BE3E6" w14:textId="77777777" w:rsidTr="00BC7FAC">
        <w:trPr>
          <w:jc w:val="center"/>
        </w:trPr>
        <w:tc>
          <w:tcPr>
            <w:tcW w:w="3414" w:type="dxa"/>
          </w:tcPr>
          <w:p w14:paraId="563CF1CB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7B14E40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6B7D5807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42A7033F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1C3467B9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82007" w:rsidRPr="002B5700" w14:paraId="704AA182" w14:textId="77777777" w:rsidTr="00BC7FAC">
        <w:trPr>
          <w:jc w:val="center"/>
        </w:trPr>
        <w:tc>
          <w:tcPr>
            <w:tcW w:w="3414" w:type="dxa"/>
          </w:tcPr>
          <w:p w14:paraId="28E2B12B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1BB38475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50ED3B11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37FFEEB7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7075BFC3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82007" w:rsidRPr="002B5700" w14:paraId="3A74282B" w14:textId="77777777" w:rsidTr="00BC7FAC">
        <w:trPr>
          <w:jc w:val="center"/>
        </w:trPr>
        <w:tc>
          <w:tcPr>
            <w:tcW w:w="3414" w:type="dxa"/>
          </w:tcPr>
          <w:p w14:paraId="7A22FA39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2AE6629B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63619E90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330CD461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0E3C4D75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535C8F9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4B6BB9A5" w14:textId="77777777" w:rsidR="00BC7FAC" w:rsidRPr="00721894" w:rsidRDefault="00BC7FAC">
      <w:pPr>
        <w:rPr>
          <w:rFonts w:ascii="Times New Roman" w:hAnsi="Times New Roman" w:cs="Times New Roman"/>
          <w:b/>
          <w:lang w:val="pl-PL"/>
        </w:rPr>
      </w:pPr>
      <w:r w:rsidRPr="00721894">
        <w:rPr>
          <w:rFonts w:ascii="Times New Roman" w:hAnsi="Times New Roman" w:cs="Times New Roman"/>
          <w:b/>
          <w:lang w:val="pl-PL"/>
        </w:rPr>
        <w:br w:type="page"/>
      </w:r>
    </w:p>
    <w:p w14:paraId="7EBDC9D3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b/>
          <w:lang w:val="pl-PL"/>
        </w:rPr>
        <w:lastRenderedPageBreak/>
        <w:t>3. Informacje o miejscach prowadzenia działalności</w:t>
      </w:r>
    </w:p>
    <w:p w14:paraId="51F4B084" w14:textId="77777777" w:rsidR="00C82007" w:rsidRPr="00721894" w:rsidRDefault="00FF58D4">
      <w:pPr>
        <w:rPr>
          <w:rFonts w:ascii="Times New Roman" w:hAnsi="Times New Roman" w:cs="Times New Roman"/>
          <w:b/>
          <w:lang w:val="pl-PL"/>
        </w:rPr>
      </w:pPr>
      <w:r w:rsidRPr="00721894">
        <w:rPr>
          <w:rFonts w:ascii="Times New Roman" w:hAnsi="Times New Roman" w:cs="Times New Roman"/>
          <w:b/>
          <w:i/>
          <w:lang w:val="pl-PL"/>
        </w:rPr>
        <w:t>3A. Hodowla – obiekty i grunty (dotyczy hodowcy i hodowcy‑przetwórcy; przetwórca może wpisać „nie dotyczy”).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05"/>
        <w:gridCol w:w="2701"/>
        <w:gridCol w:w="2724"/>
      </w:tblGrid>
      <w:tr w:rsidR="00C82007" w:rsidRPr="00721894" w14:paraId="48095EDA" w14:textId="77777777" w:rsidTr="00BC7FAC">
        <w:trPr>
          <w:jc w:val="center"/>
        </w:trPr>
        <w:tc>
          <w:tcPr>
            <w:tcW w:w="3306" w:type="dxa"/>
            <w:shd w:val="clear" w:color="auto" w:fill="D9D9D9"/>
          </w:tcPr>
          <w:p w14:paraId="3324A460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Rodzaj obiektu / gruntu</w:t>
            </w:r>
          </w:p>
        </w:tc>
        <w:tc>
          <w:tcPr>
            <w:tcW w:w="2880" w:type="dxa"/>
            <w:shd w:val="clear" w:color="auto" w:fill="D9D9D9"/>
          </w:tcPr>
          <w:p w14:paraId="1FC2CA59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Opis / lokalizacja</w:t>
            </w:r>
          </w:p>
        </w:tc>
        <w:tc>
          <w:tcPr>
            <w:tcW w:w="2880" w:type="dxa"/>
            <w:shd w:val="clear" w:color="auto" w:fill="D9D9D9"/>
          </w:tcPr>
          <w:p w14:paraId="0ED97926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Uwagi (opcjonalnie)</w:t>
            </w:r>
          </w:p>
        </w:tc>
      </w:tr>
      <w:tr w:rsidR="00C82007" w:rsidRPr="00721894" w14:paraId="697122C5" w14:textId="77777777" w:rsidTr="00BC7FAC">
        <w:trPr>
          <w:jc w:val="center"/>
        </w:trPr>
        <w:tc>
          <w:tcPr>
            <w:tcW w:w="3306" w:type="dxa"/>
          </w:tcPr>
          <w:p w14:paraId="2A88A5F1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Budynki/pomieszczenia utrzymania zwierząt</w:t>
            </w:r>
          </w:p>
        </w:tc>
        <w:tc>
          <w:tcPr>
            <w:tcW w:w="2880" w:type="dxa"/>
          </w:tcPr>
          <w:p w14:paraId="5752D2BC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1F6B5B61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749D4CFC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519F5AF4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  <w:tr w:rsidR="00C82007" w:rsidRPr="002B5700" w14:paraId="11B8CD3C" w14:textId="77777777" w:rsidTr="00BC7FAC">
        <w:trPr>
          <w:jc w:val="center"/>
        </w:trPr>
        <w:tc>
          <w:tcPr>
            <w:tcW w:w="3306" w:type="dxa"/>
          </w:tcPr>
          <w:p w14:paraId="344FE17E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Infrastruktura (np. płyta obornikowa, zbiorniki)</w:t>
            </w:r>
          </w:p>
        </w:tc>
        <w:tc>
          <w:tcPr>
            <w:tcW w:w="2880" w:type="dxa"/>
          </w:tcPr>
          <w:p w14:paraId="778A7743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160E330A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39C8B71D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64259B04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82007" w:rsidRPr="00721894" w14:paraId="5D1A4236" w14:textId="77777777" w:rsidTr="00BC7FAC">
        <w:trPr>
          <w:jc w:val="center"/>
        </w:trPr>
        <w:tc>
          <w:tcPr>
            <w:tcW w:w="3306" w:type="dxa"/>
          </w:tcPr>
          <w:p w14:paraId="79A63608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Pastwiska/wybiegi (ogólnie)</w:t>
            </w:r>
          </w:p>
        </w:tc>
        <w:tc>
          <w:tcPr>
            <w:tcW w:w="2880" w:type="dxa"/>
          </w:tcPr>
          <w:p w14:paraId="7873DCCB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0FEA5CBF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  <w:p w14:paraId="2CF4CEC0" w14:textId="77777777" w:rsidR="00BC7FAC" w:rsidRPr="00721894" w:rsidRDefault="00BC7F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46AC5A8A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  <w:tr w:rsidR="00C82007" w:rsidRPr="002B5700" w14:paraId="7FC4928C" w14:textId="77777777" w:rsidTr="00BC7FAC">
        <w:trPr>
          <w:jc w:val="center"/>
        </w:trPr>
        <w:tc>
          <w:tcPr>
            <w:tcW w:w="3306" w:type="dxa"/>
          </w:tcPr>
          <w:p w14:paraId="536B08E7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Grunty użytkowane (ogólnie: TUZ / grunty orne)</w:t>
            </w:r>
          </w:p>
        </w:tc>
        <w:tc>
          <w:tcPr>
            <w:tcW w:w="2880" w:type="dxa"/>
          </w:tcPr>
          <w:p w14:paraId="4C41665A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  <w:p w14:paraId="04005BC6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  <w:p w14:paraId="1CCD5C93" w14:textId="77777777" w:rsidR="00BC7FAC" w:rsidRPr="00721894" w:rsidRDefault="00BC7FAC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80" w:type="dxa"/>
          </w:tcPr>
          <w:p w14:paraId="0D653C3C" w14:textId="77777777" w:rsidR="00C82007" w:rsidRPr="00721894" w:rsidRDefault="00C8200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3371360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62EF0FEE" w14:textId="77777777" w:rsidR="00C82007" w:rsidRPr="00721894" w:rsidRDefault="00FF58D4">
      <w:pPr>
        <w:rPr>
          <w:rFonts w:ascii="Times New Roman" w:hAnsi="Times New Roman" w:cs="Times New Roman"/>
          <w:b/>
          <w:lang w:val="pl-PL"/>
        </w:rPr>
      </w:pPr>
      <w:r w:rsidRPr="00721894">
        <w:rPr>
          <w:rFonts w:ascii="Times New Roman" w:hAnsi="Times New Roman" w:cs="Times New Roman"/>
          <w:b/>
          <w:i/>
          <w:lang w:val="pl-PL"/>
        </w:rPr>
        <w:t>3B. Przetwórstwo / gastronomia – miejsce prowadzenia działalności (dotyczy przetwórcy i hodowcy‑przetwórcy).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89"/>
        <w:gridCol w:w="2757"/>
        <w:gridCol w:w="2784"/>
      </w:tblGrid>
      <w:tr w:rsidR="00C82007" w:rsidRPr="002B5700" w14:paraId="4170FEAF" w14:textId="77777777" w:rsidTr="00FF58D4">
        <w:trPr>
          <w:jc w:val="center"/>
        </w:trPr>
        <w:tc>
          <w:tcPr>
            <w:tcW w:w="3164" w:type="dxa"/>
            <w:shd w:val="clear" w:color="auto" w:fill="D9D9D9"/>
          </w:tcPr>
          <w:p w14:paraId="0843174C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Rodzaj miejsca</w:t>
            </w:r>
          </w:p>
        </w:tc>
        <w:tc>
          <w:tcPr>
            <w:tcW w:w="2880" w:type="dxa"/>
            <w:shd w:val="clear" w:color="auto" w:fill="D9D9D9"/>
          </w:tcPr>
          <w:p w14:paraId="10E17F6D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Adres / opis</w:t>
            </w:r>
          </w:p>
        </w:tc>
        <w:tc>
          <w:tcPr>
            <w:tcW w:w="2880" w:type="dxa"/>
            <w:shd w:val="clear" w:color="auto" w:fill="D9D9D9"/>
          </w:tcPr>
          <w:p w14:paraId="35E230A5" w14:textId="77777777" w:rsidR="00C82007" w:rsidRPr="00721894" w:rsidRDefault="00FF58D4">
            <w:pPr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Wymagane zgłoszenia / numery (jeżeli dotyczy)</w:t>
            </w:r>
          </w:p>
        </w:tc>
      </w:tr>
      <w:tr w:rsidR="00C82007" w:rsidRPr="00721894" w14:paraId="0853DC47" w14:textId="77777777" w:rsidTr="00FF58D4">
        <w:trPr>
          <w:jc w:val="center"/>
        </w:trPr>
        <w:tc>
          <w:tcPr>
            <w:tcW w:w="3164" w:type="dxa"/>
          </w:tcPr>
          <w:p w14:paraId="26E76A20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Zakład przetwórczy / masarnia</w:t>
            </w:r>
          </w:p>
        </w:tc>
        <w:tc>
          <w:tcPr>
            <w:tcW w:w="2880" w:type="dxa"/>
          </w:tcPr>
          <w:p w14:paraId="16DF0C58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05E940B9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  <w:p w14:paraId="6064A7E3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10898F87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  <w:tr w:rsidR="00C82007" w:rsidRPr="00721894" w14:paraId="23645FA3" w14:textId="77777777" w:rsidTr="00FF58D4">
        <w:trPr>
          <w:jc w:val="center"/>
        </w:trPr>
        <w:tc>
          <w:tcPr>
            <w:tcW w:w="3164" w:type="dxa"/>
          </w:tcPr>
          <w:p w14:paraId="1436460B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Kuchnia/zakład gastronomiczny</w:t>
            </w:r>
          </w:p>
        </w:tc>
        <w:tc>
          <w:tcPr>
            <w:tcW w:w="2880" w:type="dxa"/>
          </w:tcPr>
          <w:p w14:paraId="0129DAF5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3DC19D01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  <w:p w14:paraId="47B10B74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6E112925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  <w:tr w:rsidR="00C82007" w:rsidRPr="00721894" w14:paraId="1A7AB560" w14:textId="77777777" w:rsidTr="00FF58D4">
        <w:trPr>
          <w:jc w:val="center"/>
        </w:trPr>
        <w:tc>
          <w:tcPr>
            <w:tcW w:w="3164" w:type="dxa"/>
          </w:tcPr>
          <w:p w14:paraId="5CB5B8F8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Magazyn/chłodnia (jeśli oddzielnie)</w:t>
            </w:r>
          </w:p>
        </w:tc>
        <w:tc>
          <w:tcPr>
            <w:tcW w:w="2880" w:type="dxa"/>
          </w:tcPr>
          <w:p w14:paraId="4285EA3F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267838CC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  <w:p w14:paraId="6D27AFA4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68A1600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  <w:tr w:rsidR="00C82007" w:rsidRPr="00721894" w14:paraId="61E6D564" w14:textId="77777777" w:rsidTr="00FF58D4">
        <w:trPr>
          <w:jc w:val="center"/>
        </w:trPr>
        <w:tc>
          <w:tcPr>
            <w:tcW w:w="3164" w:type="dxa"/>
          </w:tcPr>
          <w:p w14:paraId="708CE044" w14:textId="77777777" w:rsidR="00C82007" w:rsidRPr="00721894" w:rsidRDefault="00FF58D4">
            <w:pPr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Punkt sprzedaży (jeśli oddzielnie)</w:t>
            </w:r>
          </w:p>
        </w:tc>
        <w:tc>
          <w:tcPr>
            <w:tcW w:w="2880" w:type="dxa"/>
          </w:tcPr>
          <w:p w14:paraId="678479FA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  <w:p w14:paraId="60484D9A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  <w:p w14:paraId="50D5E85B" w14:textId="77777777" w:rsidR="00FF58D4" w:rsidRPr="00721894" w:rsidRDefault="00FF5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393FDBFA" w14:textId="77777777" w:rsidR="00C82007" w:rsidRPr="00721894" w:rsidRDefault="00C82007">
            <w:pPr>
              <w:rPr>
                <w:rFonts w:ascii="Times New Roman" w:hAnsi="Times New Roman" w:cs="Times New Roman"/>
              </w:rPr>
            </w:pPr>
          </w:p>
        </w:tc>
      </w:tr>
    </w:tbl>
    <w:p w14:paraId="6F9559C8" w14:textId="77777777" w:rsidR="00C82007" w:rsidRPr="00721894" w:rsidRDefault="00C82007">
      <w:pPr>
        <w:rPr>
          <w:rFonts w:ascii="Times New Roman" w:hAnsi="Times New Roman" w:cs="Times New Roman"/>
        </w:rPr>
      </w:pPr>
    </w:p>
    <w:p w14:paraId="4FA2428B" w14:textId="77777777" w:rsidR="00C82007" w:rsidRPr="00721894" w:rsidRDefault="00FF58D4">
      <w:pPr>
        <w:rPr>
          <w:rFonts w:ascii="Times New Roman" w:hAnsi="Times New Roman" w:cs="Times New Roman"/>
        </w:rPr>
      </w:pPr>
      <w:r w:rsidRPr="00721894">
        <w:rPr>
          <w:rFonts w:ascii="Times New Roman" w:hAnsi="Times New Roman" w:cs="Times New Roman"/>
          <w:b/>
        </w:rPr>
        <w:t>4. Dodatkowe informacje (opcjonalnie)</w:t>
      </w:r>
    </w:p>
    <w:p w14:paraId="1EDFB620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i/>
          <w:lang w:val="pl-PL"/>
        </w:rPr>
        <w:t>np. rolnictwo ekologiczne, „Jakość i Tradycja”, inne certyfikaty jakości, działalność edukacyjna, agroturystyka.</w:t>
      </w:r>
    </w:p>
    <w:p w14:paraId="075AA51F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>______________________________________________________________________________</w:t>
      </w:r>
    </w:p>
    <w:p w14:paraId="3B7D5248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>______________________________________________________________________________</w:t>
      </w:r>
    </w:p>
    <w:p w14:paraId="51CA5A97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5B0222CD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b/>
          <w:lang w:val="pl-PL"/>
        </w:rPr>
        <w:lastRenderedPageBreak/>
        <w:t>Załączniki do wniosku:</w:t>
      </w:r>
    </w:p>
    <w:p w14:paraId="7BFE0B67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>1) Dokumenty potwierdzające informacje dodatkowe (jeżeli wskazano w pkt 4).</w:t>
      </w:r>
    </w:p>
    <w:p w14:paraId="5C087510" w14:textId="0D86A3B9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 xml:space="preserve">2) </w:t>
      </w:r>
      <w:r w:rsidR="00C36C42">
        <w:rPr>
          <w:rFonts w:ascii="Times New Roman" w:hAnsi="Times New Roman" w:cs="Times New Roman"/>
          <w:lang w:val="pl-PL"/>
        </w:rPr>
        <w:t>K</w:t>
      </w:r>
      <w:r w:rsidRPr="00721894">
        <w:rPr>
          <w:rFonts w:ascii="Times New Roman" w:hAnsi="Times New Roman" w:cs="Times New Roman"/>
          <w:lang w:val="pl-PL"/>
        </w:rPr>
        <w:t>lauzula informacyjna RODO.</w:t>
      </w:r>
    </w:p>
    <w:p w14:paraId="4B7FD063" w14:textId="77777777" w:rsidR="00C82007" w:rsidRPr="00721894" w:rsidRDefault="00FF58D4">
      <w:pPr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>3) Inne (opcjonalnie): ______________________________________________________________</w:t>
      </w:r>
    </w:p>
    <w:p w14:paraId="016A3D2F" w14:textId="77777777" w:rsidR="00C82007" w:rsidRPr="00721894" w:rsidRDefault="00C82007">
      <w:pPr>
        <w:rPr>
          <w:rFonts w:ascii="Times New Roman" w:hAnsi="Times New Roman" w:cs="Times New Roman"/>
          <w:lang w:val="pl-PL"/>
        </w:rPr>
      </w:pPr>
    </w:p>
    <w:p w14:paraId="63B9F808" w14:textId="77777777" w:rsidR="00C82007" w:rsidRPr="00C36C42" w:rsidRDefault="00FF58D4" w:rsidP="006C526C">
      <w:pPr>
        <w:jc w:val="both"/>
        <w:rPr>
          <w:rFonts w:ascii="Times New Roman" w:hAnsi="Times New Roman" w:cs="Times New Roman"/>
          <w:lang w:val="pl-PL"/>
        </w:rPr>
      </w:pPr>
      <w:r w:rsidRPr="00C36C42">
        <w:rPr>
          <w:rFonts w:ascii="Times New Roman" w:hAnsi="Times New Roman" w:cs="Times New Roman"/>
          <w:b/>
          <w:lang w:val="pl-PL"/>
        </w:rPr>
        <w:t>Oświadczenia:</w:t>
      </w:r>
    </w:p>
    <w:p w14:paraId="706D4171" w14:textId="6FD19BE6" w:rsidR="00C82007" w:rsidRPr="00721894" w:rsidRDefault="00FF58D4" w:rsidP="006C526C">
      <w:pPr>
        <w:jc w:val="both"/>
        <w:rPr>
          <w:rFonts w:ascii="Times New Roman" w:hAnsi="Times New Roman" w:cs="Times New Roman"/>
          <w:lang w:val="pl-PL"/>
        </w:rPr>
      </w:pPr>
      <w:r w:rsidRPr="00C36C42">
        <w:rPr>
          <w:rFonts w:ascii="Times New Roman" w:hAnsi="Times New Roman" w:cs="Times New Roman"/>
          <w:lang w:val="pl-PL"/>
        </w:rPr>
        <w:t xml:space="preserve">1) Oświadczam, że zapoznałem/zapoznałam się z Regulaminem </w:t>
      </w:r>
      <w:r w:rsidR="00C36C42" w:rsidRPr="00C36C42">
        <w:rPr>
          <w:rFonts w:ascii="Times New Roman" w:hAnsi="Times New Roman" w:cs="Times New Roman"/>
          <w:lang w:val="pl-PL"/>
        </w:rPr>
        <w:t>z</w:t>
      </w:r>
      <w:r w:rsidRPr="00C36C42">
        <w:rPr>
          <w:rFonts w:ascii="Times New Roman" w:hAnsi="Times New Roman" w:cs="Times New Roman"/>
          <w:lang w:val="pl-PL"/>
        </w:rPr>
        <w:t xml:space="preserve">naku </w:t>
      </w:r>
      <w:r w:rsidR="00C36C42" w:rsidRPr="00C36C42">
        <w:rPr>
          <w:rFonts w:ascii="Times New Roman" w:hAnsi="Times New Roman" w:cs="Times New Roman"/>
          <w:lang w:val="pl-PL"/>
        </w:rPr>
        <w:t>t</w:t>
      </w:r>
      <w:r w:rsidRPr="00C36C42">
        <w:rPr>
          <w:rFonts w:ascii="Times New Roman" w:hAnsi="Times New Roman" w:cs="Times New Roman"/>
          <w:lang w:val="pl-PL"/>
        </w:rPr>
        <w:t xml:space="preserve">owarowego gwarancyjnego Rasa Rodzima </w:t>
      </w:r>
      <w:r w:rsidR="00E644CD" w:rsidRPr="00C36C42">
        <w:rPr>
          <w:rFonts w:ascii="Times New Roman" w:hAnsi="Times New Roman" w:cs="Times New Roman"/>
          <w:lang w:val="pl-PL"/>
        </w:rPr>
        <w:t xml:space="preserve">w ramach programu certyfikacji </w:t>
      </w:r>
      <w:r w:rsidR="00AE4A0E">
        <w:rPr>
          <w:rFonts w:ascii="Times New Roman" w:hAnsi="Times New Roman" w:cs="Times New Roman"/>
          <w:lang w:val="pl-PL"/>
        </w:rPr>
        <w:t xml:space="preserve">oraz </w:t>
      </w:r>
      <w:r w:rsidR="00AE4A0E" w:rsidRPr="00AE4A0E">
        <w:rPr>
          <w:rFonts w:ascii="Times New Roman" w:hAnsi="Times New Roman" w:cs="Times New Roman"/>
          <w:lang w:val="pl-PL"/>
        </w:rPr>
        <w:t>Zasad</w:t>
      </w:r>
      <w:r w:rsidR="00AE4A0E">
        <w:rPr>
          <w:rFonts w:ascii="Times New Roman" w:hAnsi="Times New Roman" w:cs="Times New Roman"/>
          <w:lang w:val="pl-PL"/>
        </w:rPr>
        <w:t>ami</w:t>
      </w:r>
      <w:r w:rsidR="00AE4A0E" w:rsidRPr="00AE4A0E">
        <w:rPr>
          <w:rFonts w:ascii="Times New Roman" w:hAnsi="Times New Roman" w:cs="Times New Roman"/>
          <w:lang w:val="pl-PL"/>
        </w:rPr>
        <w:t xml:space="preserve"> certyfikacji znakiem </w:t>
      </w:r>
      <w:r w:rsidR="00AE4A0E">
        <w:rPr>
          <w:rFonts w:ascii="Times New Roman" w:hAnsi="Times New Roman" w:cs="Times New Roman"/>
          <w:lang w:val="pl-PL"/>
        </w:rPr>
        <w:t xml:space="preserve">towarowym gwarancyjnym </w:t>
      </w:r>
      <w:r w:rsidR="00AE4A0E" w:rsidRPr="00AE4A0E">
        <w:rPr>
          <w:rFonts w:ascii="Times New Roman" w:hAnsi="Times New Roman" w:cs="Times New Roman"/>
          <w:lang w:val="pl-PL"/>
        </w:rPr>
        <w:t>Rasa Rodzima</w:t>
      </w:r>
      <w:r w:rsidRPr="00C36C42">
        <w:rPr>
          <w:rFonts w:ascii="Times New Roman" w:hAnsi="Times New Roman" w:cs="Times New Roman"/>
          <w:lang w:val="pl-PL"/>
        </w:rPr>
        <w:t xml:space="preserve"> </w:t>
      </w:r>
      <w:r w:rsidR="00AE4A0E">
        <w:rPr>
          <w:rFonts w:ascii="Times New Roman" w:hAnsi="Times New Roman" w:cs="Times New Roman"/>
          <w:lang w:val="pl-PL"/>
        </w:rPr>
        <w:t xml:space="preserve">i </w:t>
      </w:r>
      <w:r w:rsidRPr="00C36C42">
        <w:rPr>
          <w:rFonts w:ascii="Times New Roman" w:hAnsi="Times New Roman" w:cs="Times New Roman"/>
          <w:lang w:val="pl-PL"/>
        </w:rPr>
        <w:t xml:space="preserve">akceptuję </w:t>
      </w:r>
      <w:r w:rsidR="00AE4A0E">
        <w:rPr>
          <w:rFonts w:ascii="Times New Roman" w:hAnsi="Times New Roman" w:cs="Times New Roman"/>
          <w:lang w:val="pl-PL"/>
        </w:rPr>
        <w:t>ich</w:t>
      </w:r>
      <w:r w:rsidRPr="00C36C42">
        <w:rPr>
          <w:rFonts w:ascii="Times New Roman" w:hAnsi="Times New Roman" w:cs="Times New Roman"/>
          <w:lang w:val="pl-PL"/>
        </w:rPr>
        <w:t xml:space="preserve"> treść.</w:t>
      </w:r>
    </w:p>
    <w:p w14:paraId="2A747EFE" w14:textId="110633D5" w:rsidR="00C82007" w:rsidRPr="00721894" w:rsidRDefault="00FF58D4" w:rsidP="006C526C">
      <w:pPr>
        <w:jc w:val="both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>2) Oświadczam, że spełniam kryteria przyznania prawa do używania Znaku zgodnie z</w:t>
      </w:r>
      <w:r w:rsidR="00AE4A0E">
        <w:rPr>
          <w:rFonts w:ascii="Times New Roman" w:hAnsi="Times New Roman" w:cs="Times New Roman"/>
          <w:lang w:val="pl-PL"/>
        </w:rPr>
        <w:t> </w:t>
      </w:r>
      <w:r w:rsidR="00AE4A0E" w:rsidRPr="00AE4A0E">
        <w:rPr>
          <w:rFonts w:ascii="Times New Roman" w:hAnsi="Times New Roman" w:cs="Times New Roman"/>
          <w:lang w:val="pl-PL"/>
        </w:rPr>
        <w:t xml:space="preserve">Regulaminem znaku towarowego gwarancyjnego Rasa Rodzima w ramach programu certyfikacji </w:t>
      </w:r>
      <w:r w:rsidR="00012A53">
        <w:rPr>
          <w:rFonts w:ascii="Times New Roman" w:hAnsi="Times New Roman" w:cs="Times New Roman"/>
          <w:lang w:val="pl-PL"/>
        </w:rPr>
        <w:t>i</w:t>
      </w:r>
      <w:r w:rsidR="00AE4A0E" w:rsidRPr="00AE4A0E">
        <w:rPr>
          <w:rFonts w:ascii="Times New Roman" w:hAnsi="Times New Roman" w:cs="Times New Roman"/>
          <w:lang w:val="pl-PL"/>
        </w:rPr>
        <w:t xml:space="preserve"> Zasadami certyfikacji znakiem towarowym gwarancyjnym Rasa Rodzima</w:t>
      </w:r>
      <w:r w:rsidRPr="00721894">
        <w:rPr>
          <w:rFonts w:ascii="Times New Roman" w:hAnsi="Times New Roman" w:cs="Times New Roman"/>
          <w:lang w:val="pl-PL"/>
        </w:rPr>
        <w:t>.</w:t>
      </w:r>
    </w:p>
    <w:p w14:paraId="5238A253" w14:textId="77777777" w:rsidR="00C82007" w:rsidRPr="00721894" w:rsidRDefault="00FF58D4" w:rsidP="006C526C">
      <w:pPr>
        <w:jc w:val="both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 xml:space="preserve">3) Oświadczam, że wyrażam zgodę na poddanie się </w:t>
      </w:r>
      <w:r w:rsidR="008E2FDE" w:rsidRPr="00721894">
        <w:rPr>
          <w:rFonts w:ascii="Times New Roman" w:hAnsi="Times New Roman" w:cs="Times New Roman"/>
          <w:lang w:val="pl-PL"/>
        </w:rPr>
        <w:t>kontroli</w:t>
      </w:r>
      <w:r w:rsidRPr="00721894">
        <w:rPr>
          <w:rFonts w:ascii="Times New Roman" w:hAnsi="Times New Roman" w:cs="Times New Roman"/>
          <w:lang w:val="pl-PL"/>
        </w:rPr>
        <w:t xml:space="preserve"> wstępne</w:t>
      </w:r>
      <w:r w:rsidR="008E2FDE" w:rsidRPr="00721894">
        <w:rPr>
          <w:rFonts w:ascii="Times New Roman" w:hAnsi="Times New Roman" w:cs="Times New Roman"/>
          <w:lang w:val="pl-PL"/>
        </w:rPr>
        <w:t>j</w:t>
      </w:r>
      <w:r w:rsidRPr="00721894">
        <w:rPr>
          <w:rFonts w:ascii="Times New Roman" w:hAnsi="Times New Roman" w:cs="Times New Roman"/>
          <w:lang w:val="pl-PL"/>
        </w:rPr>
        <w:t xml:space="preserve"> po pozytywnej ocenie formalnej wniosku.</w:t>
      </w:r>
    </w:p>
    <w:p w14:paraId="04305C20" w14:textId="77777777" w:rsidR="00B126B0" w:rsidRPr="00721894" w:rsidRDefault="00FF58D4" w:rsidP="00B126B0">
      <w:pPr>
        <w:jc w:val="both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 xml:space="preserve">4) </w:t>
      </w:r>
      <w:r w:rsidR="00B126B0" w:rsidRPr="00B126B0">
        <w:rPr>
          <w:rFonts w:ascii="Times New Roman" w:hAnsi="Times New Roman" w:cs="Times New Roman"/>
          <w:lang w:val="pl-PL"/>
        </w:rPr>
        <w:t>W trakcie kontroli zobowiązuję się do udostępniania gospodarstwa/ zakładu przetwórczego lub gastronomicznego/ zwierząt objętych Programem ochrony zasobów genetycznych oraz dokumentacji niezbędnej do weryfikacji spełnienia wymagań.</w:t>
      </w:r>
    </w:p>
    <w:p w14:paraId="5FECAEDB" w14:textId="3BA24C80" w:rsidR="00C82007" w:rsidRPr="00721894" w:rsidRDefault="00FF58D4" w:rsidP="005F7BBC">
      <w:pPr>
        <w:jc w:val="both"/>
        <w:rPr>
          <w:rFonts w:ascii="Times New Roman" w:hAnsi="Times New Roman" w:cs="Times New Roman"/>
          <w:lang w:val="pl-PL"/>
        </w:rPr>
      </w:pPr>
      <w:r w:rsidRPr="00721894">
        <w:rPr>
          <w:rFonts w:ascii="Times New Roman" w:hAnsi="Times New Roman" w:cs="Times New Roman"/>
          <w:lang w:val="pl-PL"/>
        </w:rPr>
        <w:t xml:space="preserve">5) Oświadczam, że informacje zawarte we wniosku są zgodne ze stanem faktycznym. Jestem świadomy/a odpowiedzialności </w:t>
      </w:r>
      <w:r w:rsidR="005F7BBC" w:rsidRPr="005F7BBC">
        <w:rPr>
          <w:rFonts w:ascii="Times New Roman" w:hAnsi="Times New Roman" w:cs="Times New Roman"/>
          <w:lang w:val="pl-PL"/>
        </w:rPr>
        <w:t>wynikającej z podania informacji niezgodnych z prawdą.</w:t>
      </w:r>
    </w:p>
    <w:p w14:paraId="15FCF57B" w14:textId="77777777" w:rsidR="00FF58D4" w:rsidRPr="00721894" w:rsidRDefault="00FF58D4">
      <w:pPr>
        <w:rPr>
          <w:rFonts w:ascii="Times New Roman" w:hAnsi="Times New Roman" w:cs="Times New Roman"/>
          <w:lang w:val="pl-PL"/>
        </w:rPr>
      </w:pPr>
    </w:p>
    <w:p w14:paraId="24623512" w14:textId="77777777" w:rsidR="00FF58D4" w:rsidRPr="00721894" w:rsidRDefault="00FF58D4">
      <w:pPr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82007" w:rsidRPr="00721894" w14:paraId="3299D3DD" w14:textId="77777777" w:rsidTr="00FF58D4">
        <w:tc>
          <w:tcPr>
            <w:tcW w:w="4320" w:type="dxa"/>
          </w:tcPr>
          <w:p w14:paraId="669AAEA8" w14:textId="77777777" w:rsidR="00C82007" w:rsidRPr="00721894" w:rsidRDefault="00FF58D4" w:rsidP="00FF58D4">
            <w:pPr>
              <w:jc w:val="center"/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4320" w:type="dxa"/>
          </w:tcPr>
          <w:p w14:paraId="572B48EF" w14:textId="77777777" w:rsidR="00C82007" w:rsidRPr="00721894" w:rsidRDefault="00FF58D4" w:rsidP="00FF58D4">
            <w:pPr>
              <w:jc w:val="center"/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tr w:rsidR="00FF58D4" w:rsidRPr="00721894" w14:paraId="57F92764" w14:textId="77777777" w:rsidTr="00FF58D4">
        <w:tc>
          <w:tcPr>
            <w:tcW w:w="4320" w:type="dxa"/>
          </w:tcPr>
          <w:p w14:paraId="5261935C" w14:textId="77777777" w:rsidR="00FF58D4" w:rsidRPr="00721894" w:rsidRDefault="00FF58D4" w:rsidP="00FF58D4">
            <w:pPr>
              <w:jc w:val="center"/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</w:rPr>
              <w:t>Data:</w:t>
            </w:r>
          </w:p>
        </w:tc>
        <w:tc>
          <w:tcPr>
            <w:tcW w:w="4320" w:type="dxa"/>
          </w:tcPr>
          <w:p w14:paraId="045F149B" w14:textId="77777777" w:rsidR="00FF58D4" w:rsidRPr="00721894" w:rsidRDefault="00FF58D4" w:rsidP="00FF58D4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 xml:space="preserve">Podpis wnioskodawcy / </w:t>
            </w:r>
          </w:p>
          <w:p w14:paraId="4EA62C2A" w14:textId="77777777" w:rsidR="00FF58D4" w:rsidRPr="00721894" w:rsidRDefault="00FF58D4" w:rsidP="00FF58D4">
            <w:pPr>
              <w:jc w:val="center"/>
              <w:rPr>
                <w:rFonts w:ascii="Times New Roman" w:hAnsi="Times New Roman" w:cs="Times New Roman"/>
              </w:rPr>
            </w:pPr>
            <w:r w:rsidRPr="00721894">
              <w:rPr>
                <w:rFonts w:ascii="Times New Roman" w:hAnsi="Times New Roman" w:cs="Times New Roman"/>
                <w:lang w:val="pl-PL"/>
              </w:rPr>
              <w:t>osoby uprawnionej</w:t>
            </w:r>
          </w:p>
        </w:tc>
      </w:tr>
    </w:tbl>
    <w:p w14:paraId="0C6902E5" w14:textId="77777777" w:rsidR="00C82007" w:rsidRPr="00721894" w:rsidRDefault="00C82007">
      <w:pPr>
        <w:rPr>
          <w:rFonts w:ascii="Times New Roman" w:hAnsi="Times New Roman" w:cs="Times New Roman"/>
        </w:rPr>
      </w:pPr>
    </w:p>
    <w:sectPr w:rsidR="00C82007" w:rsidRPr="007218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A53"/>
    <w:rsid w:val="00034616"/>
    <w:rsid w:val="0006063C"/>
    <w:rsid w:val="0015074B"/>
    <w:rsid w:val="0029639D"/>
    <w:rsid w:val="002B5700"/>
    <w:rsid w:val="00326F90"/>
    <w:rsid w:val="003B5058"/>
    <w:rsid w:val="003F416B"/>
    <w:rsid w:val="0044335F"/>
    <w:rsid w:val="004A2309"/>
    <w:rsid w:val="005F7BBC"/>
    <w:rsid w:val="00636834"/>
    <w:rsid w:val="006C526C"/>
    <w:rsid w:val="00721894"/>
    <w:rsid w:val="007F109B"/>
    <w:rsid w:val="00804BD2"/>
    <w:rsid w:val="00823F4A"/>
    <w:rsid w:val="00833DAE"/>
    <w:rsid w:val="008E2FDE"/>
    <w:rsid w:val="00A27407"/>
    <w:rsid w:val="00A5385F"/>
    <w:rsid w:val="00AA1D8D"/>
    <w:rsid w:val="00AE4A0E"/>
    <w:rsid w:val="00B126B0"/>
    <w:rsid w:val="00B47730"/>
    <w:rsid w:val="00B477B8"/>
    <w:rsid w:val="00BC7FAC"/>
    <w:rsid w:val="00C36C42"/>
    <w:rsid w:val="00C82007"/>
    <w:rsid w:val="00CB0664"/>
    <w:rsid w:val="00CF154E"/>
    <w:rsid w:val="00E5234C"/>
    <w:rsid w:val="00E644CD"/>
    <w:rsid w:val="00ED13FB"/>
    <w:rsid w:val="00FC693F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7A0AA"/>
  <w14:defaultImageDpi w14:val="300"/>
  <w15:docId w15:val="{539E7384-1411-48DD-AFF5-FB4E1CCD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04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73FEA2-E6E2-4911-AA28-DCC60E89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709</Words>
  <Characters>4257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Izabela Misiak</cp:lastModifiedBy>
  <cp:revision>10</cp:revision>
  <dcterms:created xsi:type="dcterms:W3CDTF">2026-06-11T11:04:00Z</dcterms:created>
  <dcterms:modified xsi:type="dcterms:W3CDTF">2026-06-12T12:25:00Z</dcterms:modified>
  <cp:category/>
</cp:coreProperties>
</file>